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2B86EE" w14:textId="77777777" w:rsidR="00216339" w:rsidRDefault="00000000" w:rsidP="00216339">
      <w:pPr>
        <w:spacing w:after="40"/>
        <w:jc w:val="center"/>
        <w:rPr>
          <w:sz w:val="22"/>
        </w:rPr>
      </w:pPr>
      <w:r w:rsidRPr="00216339">
        <w:rPr>
          <w:noProof/>
          <w:sz w:val="22"/>
        </w:rPr>
        <w:drawing>
          <wp:anchor distT="0" distB="0" distL="114300" distR="114300" simplePos="0" relativeHeight="251658240" behindDoc="1" locked="0" layoutInCell="1" allowOverlap="1" wp14:anchorId="0EDFF6FC" wp14:editId="1E909B54">
            <wp:simplePos x="0" y="0"/>
            <wp:positionH relativeFrom="column">
              <wp:posOffset>160020</wp:posOffset>
            </wp:positionH>
            <wp:positionV relativeFrom="paragraph">
              <wp:posOffset>-5080</wp:posOffset>
            </wp:positionV>
            <wp:extent cx="4023360" cy="1470660"/>
            <wp:effectExtent l="0" t="0" r="2540" b="254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plice_logo.png"/>
                    <pic:cNvPicPr/>
                  </pic:nvPicPr>
                  <pic:blipFill>
                    <a:blip r:embed="rId6"/>
                    <a:stretch>
                      <a:fillRect/>
                    </a:stretch>
                  </pic:blipFill>
                  <pic:spPr>
                    <a:xfrm>
                      <a:off x="0" y="0"/>
                      <a:ext cx="4023360" cy="1470660"/>
                    </a:xfrm>
                    <a:prstGeom prst="rect">
                      <a:avLst/>
                    </a:prstGeom>
                  </pic:spPr>
                </pic:pic>
              </a:graphicData>
            </a:graphic>
            <wp14:sizeRelH relativeFrom="page">
              <wp14:pctWidth>0</wp14:pctWidth>
            </wp14:sizeRelH>
            <wp14:sizeRelV relativeFrom="page">
              <wp14:pctHeight>0</wp14:pctHeight>
            </wp14:sizeRelV>
          </wp:anchor>
        </w:drawing>
      </w:r>
      <w:r w:rsidR="00216339">
        <w:rPr>
          <w:sz w:val="22"/>
        </w:rPr>
        <w:t xml:space="preserve">                                               </w:t>
      </w:r>
      <w:r w:rsidR="00216339" w:rsidRPr="00216339">
        <w:rPr>
          <w:sz w:val="22"/>
        </w:rPr>
        <w:t xml:space="preserve"> </w:t>
      </w:r>
      <w:r w:rsidR="00216339">
        <w:rPr>
          <w:sz w:val="22"/>
        </w:rPr>
        <w:t xml:space="preserve">                                     </w:t>
      </w:r>
    </w:p>
    <w:p w14:paraId="43CFD457" w14:textId="26A7B770" w:rsidR="00216339" w:rsidRPr="00216339" w:rsidRDefault="00216339" w:rsidP="00216339">
      <w:pPr>
        <w:spacing w:after="40"/>
        <w:jc w:val="center"/>
        <w:rPr>
          <w:sz w:val="22"/>
        </w:rPr>
      </w:pPr>
      <w:r>
        <w:rPr>
          <w:sz w:val="22"/>
        </w:rPr>
        <w:t xml:space="preserve">                                                                                      </w:t>
      </w:r>
      <w:r w:rsidRPr="00216339">
        <w:rPr>
          <w:sz w:val="22"/>
        </w:rPr>
        <w:t>Community Based Centre,</w:t>
      </w:r>
    </w:p>
    <w:p w14:paraId="5686AA27" w14:textId="3D0A0407" w:rsidR="00216339" w:rsidRDefault="00216339" w:rsidP="00216339">
      <w:pPr>
        <w:spacing w:after="40"/>
        <w:jc w:val="center"/>
        <w:rPr>
          <w:sz w:val="22"/>
        </w:rPr>
      </w:pPr>
      <w:r>
        <w:rPr>
          <w:sz w:val="22"/>
        </w:rPr>
        <w:t xml:space="preserve">                                                                  </w:t>
      </w:r>
      <w:r w:rsidRPr="00216339">
        <w:rPr>
          <w:sz w:val="22"/>
        </w:rPr>
        <w:t xml:space="preserve">North Avenue, </w:t>
      </w:r>
    </w:p>
    <w:p w14:paraId="1711F921" w14:textId="2D0A8C02" w:rsidR="00216339" w:rsidRPr="00216339" w:rsidRDefault="00216339" w:rsidP="00216339">
      <w:pPr>
        <w:spacing w:after="40"/>
        <w:jc w:val="center"/>
        <w:rPr>
          <w:sz w:val="22"/>
        </w:rPr>
      </w:pPr>
      <w:r>
        <w:rPr>
          <w:sz w:val="22"/>
        </w:rPr>
        <w:t xml:space="preserve">                                                                                      </w:t>
      </w:r>
      <w:r w:rsidRPr="00216339">
        <w:rPr>
          <w:sz w:val="22"/>
        </w:rPr>
        <w:t>Pyle/</w:t>
      </w:r>
      <w:proofErr w:type="spellStart"/>
      <w:r w:rsidRPr="00216339">
        <w:rPr>
          <w:sz w:val="22"/>
        </w:rPr>
        <w:t>Kenfig</w:t>
      </w:r>
      <w:proofErr w:type="spellEnd"/>
      <w:r w:rsidRPr="00216339">
        <w:rPr>
          <w:sz w:val="22"/>
        </w:rPr>
        <w:t xml:space="preserve"> Hill. CF33 6ND</w:t>
      </w:r>
    </w:p>
    <w:p w14:paraId="278F3391" w14:textId="4BE50C02" w:rsidR="00216339" w:rsidRPr="00216339" w:rsidRDefault="00216339" w:rsidP="00216339">
      <w:pPr>
        <w:spacing w:after="40"/>
        <w:jc w:val="center"/>
        <w:rPr>
          <w:sz w:val="22"/>
        </w:rPr>
      </w:pPr>
      <w:r>
        <w:rPr>
          <w:sz w:val="22"/>
        </w:rPr>
        <w:t xml:space="preserve">                                                                                          </w:t>
      </w:r>
      <w:r w:rsidRPr="00216339">
        <w:rPr>
          <w:sz w:val="22"/>
        </w:rPr>
        <w:t>Telephone No: 01656 743733</w:t>
      </w:r>
    </w:p>
    <w:p w14:paraId="3BBA0D94" w14:textId="4ED983BC" w:rsidR="00216339" w:rsidRPr="00216339" w:rsidRDefault="00216339" w:rsidP="00216339">
      <w:pPr>
        <w:spacing w:after="40"/>
        <w:ind w:right="-405"/>
        <w:jc w:val="center"/>
        <w:rPr>
          <w:sz w:val="22"/>
        </w:rPr>
      </w:pPr>
      <w:r>
        <w:rPr>
          <w:sz w:val="22"/>
        </w:rPr>
        <w:t xml:space="preserve">                                                                                                          E</w:t>
      </w:r>
      <w:r w:rsidRPr="00216339">
        <w:rPr>
          <w:sz w:val="22"/>
        </w:rPr>
        <w:t xml:space="preserve"> </w:t>
      </w:r>
      <w:proofErr w:type="gramStart"/>
      <w:r w:rsidRPr="00216339">
        <w:rPr>
          <w:sz w:val="22"/>
        </w:rPr>
        <w:t>Mail :</w:t>
      </w:r>
      <w:proofErr w:type="gramEnd"/>
      <w:r w:rsidRPr="00216339">
        <w:rPr>
          <w:sz w:val="22"/>
        </w:rPr>
        <w:t xml:space="preserve"> splice_childandfamily@yahoo.co.uk</w:t>
      </w:r>
    </w:p>
    <w:p w14:paraId="6BA7C0AD" w14:textId="32824D87" w:rsidR="00216339" w:rsidRPr="00216339" w:rsidRDefault="00216339" w:rsidP="00216339">
      <w:pPr>
        <w:spacing w:after="40"/>
        <w:jc w:val="center"/>
        <w:rPr>
          <w:sz w:val="22"/>
        </w:rPr>
      </w:pPr>
      <w:r>
        <w:rPr>
          <w:sz w:val="22"/>
        </w:rPr>
        <w:t xml:space="preserve">                                                                                  </w:t>
      </w:r>
      <w:r w:rsidRPr="00216339">
        <w:rPr>
          <w:sz w:val="22"/>
        </w:rPr>
        <w:t>www.spliceproject.co.uk</w:t>
      </w:r>
    </w:p>
    <w:p w14:paraId="7B87FF5B" w14:textId="1FB9B5DB" w:rsidR="00DE5FBF" w:rsidRPr="00216339" w:rsidRDefault="00216339" w:rsidP="00216339">
      <w:pPr>
        <w:spacing w:after="40"/>
        <w:rPr>
          <w:sz w:val="22"/>
        </w:rPr>
      </w:pPr>
      <w:r>
        <w:rPr>
          <w:sz w:val="22"/>
        </w:rPr>
        <w:t xml:space="preserve">          </w:t>
      </w:r>
      <w:r w:rsidRPr="00216339">
        <w:rPr>
          <w:sz w:val="22"/>
        </w:rPr>
        <w:t>Company No 5828426       Registered Charity No 1125468</w:t>
      </w:r>
    </w:p>
    <w:p w14:paraId="716B122F" w14:textId="77777777" w:rsidR="00216339" w:rsidRPr="00216339" w:rsidRDefault="00216339">
      <w:pPr>
        <w:spacing w:before="120" w:after="20"/>
        <w:jc w:val="center"/>
        <w:rPr>
          <w:b/>
          <w:sz w:val="22"/>
        </w:rPr>
      </w:pPr>
    </w:p>
    <w:p w14:paraId="4AFDCF53" w14:textId="50DAB553" w:rsidR="00DE5FBF" w:rsidRPr="00216339" w:rsidRDefault="00000000">
      <w:pPr>
        <w:spacing w:before="120" w:after="20"/>
        <w:jc w:val="center"/>
        <w:rPr>
          <w:sz w:val="24"/>
          <w:szCs w:val="24"/>
        </w:rPr>
      </w:pPr>
      <w:r w:rsidRPr="00216339">
        <w:rPr>
          <w:b/>
          <w:sz w:val="24"/>
          <w:szCs w:val="24"/>
        </w:rPr>
        <w:t>Wider Community Consultation</w:t>
      </w:r>
    </w:p>
    <w:p w14:paraId="06077966" w14:textId="77777777" w:rsidR="00DE5FBF" w:rsidRPr="00216339" w:rsidRDefault="00000000">
      <w:pPr>
        <w:spacing w:after="60"/>
        <w:jc w:val="center"/>
        <w:rPr>
          <w:sz w:val="22"/>
        </w:rPr>
      </w:pPr>
      <w:r w:rsidRPr="00216339">
        <w:rPr>
          <w:i/>
          <w:sz w:val="22"/>
        </w:rPr>
        <w:t>Our Place, Our Future</w:t>
      </w:r>
    </w:p>
    <w:p w14:paraId="67C8F427" w14:textId="77777777" w:rsidR="00DE5FBF" w:rsidRPr="00216339" w:rsidRDefault="00000000">
      <w:pPr>
        <w:spacing w:after="60"/>
        <w:rPr>
          <w:sz w:val="22"/>
        </w:rPr>
      </w:pPr>
      <w:r w:rsidRPr="00216339">
        <w:rPr>
          <w:sz w:val="22"/>
        </w:rPr>
        <w:t>Splice Child and Family Project is looking at securing our current building as a permanent community base and increasing our public opening from three days to five days each week. As part of our National Lottery Community Fund application, we want to hear from the wider community, including people who may not currently use Splice. Your views will help us understand local needs and shape how our services develop.</w:t>
      </w:r>
    </w:p>
    <w:p w14:paraId="798768B7" w14:textId="77777777" w:rsidR="00C23BB2" w:rsidRDefault="00C23BB2">
      <w:pPr>
        <w:spacing w:before="60" w:after="40"/>
        <w:rPr>
          <w:b/>
          <w:sz w:val="22"/>
        </w:rPr>
      </w:pPr>
    </w:p>
    <w:p w14:paraId="234B5B8E" w14:textId="5E4E3656" w:rsidR="00DE5FBF" w:rsidRPr="00216339" w:rsidRDefault="00000000">
      <w:pPr>
        <w:spacing w:before="60" w:after="40"/>
        <w:rPr>
          <w:sz w:val="22"/>
        </w:rPr>
      </w:pPr>
      <w:r w:rsidRPr="00216339">
        <w:rPr>
          <w:b/>
          <w:sz w:val="22"/>
        </w:rPr>
        <w:t>1. Before today, had you heard of Splice Child and Family Project?</w:t>
      </w:r>
    </w:p>
    <w:p w14:paraId="1D0412D5" w14:textId="77777777" w:rsidR="00DE5FBF" w:rsidRPr="00216339" w:rsidRDefault="00000000">
      <w:pPr>
        <w:spacing w:after="40"/>
        <w:rPr>
          <w:sz w:val="22"/>
        </w:rPr>
      </w:pPr>
      <w:r w:rsidRPr="00216339">
        <w:rPr>
          <w:sz w:val="22"/>
        </w:rPr>
        <w:t>☐ Yes     ☐ No</w:t>
      </w:r>
    </w:p>
    <w:p w14:paraId="40532A5B" w14:textId="77777777" w:rsidR="00DE5FBF" w:rsidRPr="00216339" w:rsidRDefault="00000000">
      <w:pPr>
        <w:spacing w:before="60" w:after="40"/>
        <w:rPr>
          <w:sz w:val="22"/>
        </w:rPr>
      </w:pPr>
      <w:r w:rsidRPr="00216339">
        <w:rPr>
          <w:b/>
          <w:sz w:val="22"/>
        </w:rPr>
        <w:t>2. Do you currently use any Splice services?</w:t>
      </w:r>
    </w:p>
    <w:p w14:paraId="518CA8A5" w14:textId="77777777" w:rsidR="00DE5FBF" w:rsidRPr="00216339" w:rsidRDefault="00000000">
      <w:pPr>
        <w:spacing w:after="40"/>
        <w:rPr>
          <w:sz w:val="22"/>
        </w:rPr>
      </w:pPr>
      <w:r w:rsidRPr="00216339">
        <w:rPr>
          <w:sz w:val="22"/>
        </w:rPr>
        <w:t>☐ Yes     ☐ No     ☐ Not personally, but I know someone who does</w:t>
      </w:r>
    </w:p>
    <w:p w14:paraId="1C2E95A4" w14:textId="77777777" w:rsidR="00DE5FBF" w:rsidRPr="00216339" w:rsidRDefault="00000000">
      <w:pPr>
        <w:spacing w:before="60" w:after="40"/>
        <w:rPr>
          <w:sz w:val="22"/>
        </w:rPr>
      </w:pPr>
      <w:r w:rsidRPr="00216339">
        <w:rPr>
          <w:b/>
          <w:sz w:val="22"/>
        </w:rPr>
        <w:t>3. Splice currently provides family activities, a Baby Bank, Community Pantry, community garden and practical support. Are there any other activities, services or support you feel are needed locally?</w:t>
      </w:r>
    </w:p>
    <w:p w14:paraId="422F63EF" w14:textId="77777777" w:rsidR="00DE5FBF" w:rsidRPr="00216339" w:rsidRDefault="00000000">
      <w:pPr>
        <w:spacing w:after="20"/>
        <w:rPr>
          <w:sz w:val="22"/>
        </w:rPr>
      </w:pPr>
      <w:r w:rsidRPr="00216339">
        <w:rPr>
          <w:sz w:val="22"/>
        </w:rPr>
        <w:t>________________________________________________________________________________</w:t>
      </w:r>
    </w:p>
    <w:p w14:paraId="2F1999DF" w14:textId="77777777" w:rsidR="00DE5FBF" w:rsidRPr="00216339" w:rsidRDefault="00000000">
      <w:pPr>
        <w:spacing w:after="20"/>
        <w:rPr>
          <w:sz w:val="22"/>
        </w:rPr>
      </w:pPr>
      <w:r w:rsidRPr="00216339">
        <w:rPr>
          <w:sz w:val="22"/>
        </w:rPr>
        <w:t>________________________________________________________________________________</w:t>
      </w:r>
    </w:p>
    <w:p w14:paraId="0430D5E2" w14:textId="77777777" w:rsidR="00DE5FBF" w:rsidRPr="00216339" w:rsidRDefault="00000000">
      <w:pPr>
        <w:spacing w:before="60" w:after="40"/>
        <w:rPr>
          <w:sz w:val="22"/>
        </w:rPr>
      </w:pPr>
      <w:r w:rsidRPr="00216339">
        <w:rPr>
          <w:b/>
          <w:sz w:val="22"/>
        </w:rPr>
        <w:t xml:space="preserve">4. Thinking about the services above and the needs of people living locally, what do you think are some of the main challenges facing families and the wider community </w:t>
      </w:r>
      <w:proofErr w:type="gramStart"/>
      <w:r w:rsidRPr="00216339">
        <w:rPr>
          <w:b/>
          <w:sz w:val="22"/>
        </w:rPr>
        <w:t>at the moment</w:t>
      </w:r>
      <w:proofErr w:type="gramEnd"/>
      <w:r w:rsidRPr="00216339">
        <w:rPr>
          <w:b/>
          <w:sz w:val="22"/>
        </w:rPr>
        <w:t>?</w:t>
      </w:r>
    </w:p>
    <w:p w14:paraId="6089F8B8" w14:textId="77777777" w:rsidR="00DE5FBF" w:rsidRPr="00216339" w:rsidRDefault="00000000">
      <w:pPr>
        <w:spacing w:after="20"/>
        <w:rPr>
          <w:sz w:val="22"/>
        </w:rPr>
      </w:pPr>
      <w:r w:rsidRPr="00216339">
        <w:rPr>
          <w:sz w:val="22"/>
        </w:rPr>
        <w:t>________________________________________________________________________________</w:t>
      </w:r>
    </w:p>
    <w:p w14:paraId="28179ED6" w14:textId="77777777" w:rsidR="00DE5FBF" w:rsidRPr="00216339" w:rsidRDefault="00000000">
      <w:pPr>
        <w:spacing w:after="20"/>
        <w:rPr>
          <w:sz w:val="22"/>
        </w:rPr>
      </w:pPr>
      <w:r w:rsidRPr="00216339">
        <w:rPr>
          <w:sz w:val="22"/>
        </w:rPr>
        <w:t>________________________________________________________________________________</w:t>
      </w:r>
    </w:p>
    <w:p w14:paraId="2D35321D" w14:textId="77777777" w:rsidR="00DE5FBF" w:rsidRPr="00216339" w:rsidRDefault="00000000">
      <w:pPr>
        <w:spacing w:before="60" w:after="40"/>
        <w:rPr>
          <w:sz w:val="22"/>
        </w:rPr>
      </w:pPr>
      <w:r w:rsidRPr="00216339">
        <w:rPr>
          <w:b/>
          <w:sz w:val="22"/>
        </w:rPr>
        <w:t>5. Splice is currently open to the public three days a week and plans to increase this to five days. Do you think having a community organisation like Splice available more often would be useful?</w:t>
      </w:r>
    </w:p>
    <w:p w14:paraId="6CD0491D" w14:textId="77777777" w:rsidR="00DE5FBF" w:rsidRPr="00216339" w:rsidRDefault="00000000">
      <w:pPr>
        <w:spacing w:after="40"/>
        <w:rPr>
          <w:sz w:val="22"/>
        </w:rPr>
      </w:pPr>
      <w:r w:rsidRPr="00216339">
        <w:rPr>
          <w:sz w:val="22"/>
        </w:rPr>
        <w:t>☐ Yes     ☐ No     ☐ Not sure</w:t>
      </w:r>
    </w:p>
    <w:p w14:paraId="0D91E1C9" w14:textId="77777777" w:rsidR="00DE5FBF" w:rsidRPr="00216339" w:rsidRDefault="00000000">
      <w:pPr>
        <w:spacing w:after="40"/>
        <w:rPr>
          <w:sz w:val="22"/>
        </w:rPr>
      </w:pPr>
      <w:r w:rsidRPr="00216339">
        <w:rPr>
          <w:sz w:val="22"/>
        </w:rPr>
        <w:t>Please tell us why:</w:t>
      </w:r>
    </w:p>
    <w:p w14:paraId="308FA66D" w14:textId="77777777" w:rsidR="00DE5FBF" w:rsidRPr="00216339" w:rsidRDefault="00000000">
      <w:pPr>
        <w:spacing w:after="20"/>
        <w:rPr>
          <w:sz w:val="22"/>
        </w:rPr>
      </w:pPr>
      <w:r w:rsidRPr="00216339">
        <w:rPr>
          <w:sz w:val="22"/>
        </w:rPr>
        <w:t>________________________________________________________________________________</w:t>
      </w:r>
    </w:p>
    <w:p w14:paraId="11F0653D" w14:textId="77777777" w:rsidR="00DE5FBF" w:rsidRPr="00216339" w:rsidRDefault="00000000">
      <w:pPr>
        <w:spacing w:after="20"/>
        <w:rPr>
          <w:sz w:val="22"/>
        </w:rPr>
      </w:pPr>
      <w:r w:rsidRPr="00216339">
        <w:rPr>
          <w:sz w:val="22"/>
        </w:rPr>
        <w:t>________________________________________________________________________________</w:t>
      </w:r>
    </w:p>
    <w:p w14:paraId="4E688D22" w14:textId="77777777" w:rsidR="00DE5FBF" w:rsidRPr="00216339" w:rsidRDefault="00000000">
      <w:pPr>
        <w:spacing w:before="60" w:after="40"/>
        <w:rPr>
          <w:sz w:val="22"/>
        </w:rPr>
      </w:pPr>
      <w:r w:rsidRPr="00216339">
        <w:rPr>
          <w:b/>
          <w:sz w:val="22"/>
        </w:rPr>
        <w:t>6. Splice is hoping to secure its current building as a permanent community base. What difference, if any, do you think having a permanent local base could make to the wider community?</w:t>
      </w:r>
    </w:p>
    <w:p w14:paraId="1BFB1F21" w14:textId="77777777" w:rsidR="00DE5FBF" w:rsidRPr="00216339" w:rsidRDefault="00000000">
      <w:pPr>
        <w:spacing w:after="20"/>
        <w:rPr>
          <w:sz w:val="22"/>
        </w:rPr>
      </w:pPr>
      <w:r w:rsidRPr="00216339">
        <w:rPr>
          <w:sz w:val="22"/>
        </w:rPr>
        <w:t>________________________________________________________________________________</w:t>
      </w:r>
    </w:p>
    <w:p w14:paraId="0BE5FD4C" w14:textId="77777777" w:rsidR="00DE5FBF" w:rsidRPr="00216339" w:rsidRDefault="00000000">
      <w:pPr>
        <w:spacing w:after="20"/>
        <w:rPr>
          <w:sz w:val="22"/>
        </w:rPr>
      </w:pPr>
      <w:r w:rsidRPr="00216339">
        <w:rPr>
          <w:sz w:val="22"/>
        </w:rPr>
        <w:t>________________________________________________________________________________</w:t>
      </w:r>
    </w:p>
    <w:p w14:paraId="11330AF4" w14:textId="77777777" w:rsidR="00DE5FBF" w:rsidRPr="00216339" w:rsidRDefault="00000000">
      <w:pPr>
        <w:spacing w:before="60" w:after="40"/>
        <w:rPr>
          <w:sz w:val="22"/>
        </w:rPr>
      </w:pPr>
      <w:r w:rsidRPr="00216339">
        <w:rPr>
          <w:b/>
          <w:sz w:val="22"/>
        </w:rPr>
        <w:t>7. Is there anything else you would like to tell us about what our community needs or how Splice could support local people in the future?</w:t>
      </w:r>
    </w:p>
    <w:p w14:paraId="6E37EAE9" w14:textId="77777777" w:rsidR="00DE5FBF" w:rsidRPr="00216339" w:rsidRDefault="00000000">
      <w:pPr>
        <w:spacing w:after="20"/>
        <w:rPr>
          <w:sz w:val="22"/>
        </w:rPr>
      </w:pPr>
      <w:r w:rsidRPr="00216339">
        <w:rPr>
          <w:sz w:val="22"/>
        </w:rPr>
        <w:t>________________________________________________________________________________</w:t>
      </w:r>
    </w:p>
    <w:p w14:paraId="723BD64A" w14:textId="77777777" w:rsidR="00DE5FBF" w:rsidRPr="00216339" w:rsidRDefault="00000000">
      <w:pPr>
        <w:spacing w:after="20"/>
        <w:rPr>
          <w:sz w:val="22"/>
        </w:rPr>
      </w:pPr>
      <w:r w:rsidRPr="00216339">
        <w:rPr>
          <w:sz w:val="22"/>
        </w:rPr>
        <w:t>________________________________________________________________________________</w:t>
      </w:r>
    </w:p>
    <w:p w14:paraId="7C98D994" w14:textId="77777777" w:rsidR="00DE5FBF" w:rsidRPr="00216339" w:rsidRDefault="00000000">
      <w:pPr>
        <w:spacing w:before="40" w:after="0"/>
        <w:jc w:val="center"/>
        <w:rPr>
          <w:sz w:val="22"/>
        </w:rPr>
      </w:pPr>
      <w:r w:rsidRPr="00216339">
        <w:rPr>
          <w:b/>
          <w:sz w:val="22"/>
        </w:rPr>
        <w:t>Thank you for taking the time to share your views with us.</w:t>
      </w:r>
    </w:p>
    <w:sectPr w:rsidR="00DE5FBF" w:rsidRPr="00216339" w:rsidSect="00034616">
      <w:pgSz w:w="12240" w:h="15840"/>
      <w:pgMar w:top="648" w:right="936" w:bottom="648"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00500000000000000"/>
    <w:charset w:val="00"/>
    <w:family w:val="auto"/>
    <w:pitch w:val="variable"/>
    <w:sig w:usb0="00000003" w:usb1="00000000" w:usb2="00000000" w:usb3="00000000" w:csb0="0000000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974289377">
    <w:abstractNumId w:val="8"/>
  </w:num>
  <w:num w:numId="2" w16cid:durableId="179662708">
    <w:abstractNumId w:val="6"/>
  </w:num>
  <w:num w:numId="3" w16cid:durableId="67657177">
    <w:abstractNumId w:val="5"/>
  </w:num>
  <w:num w:numId="4" w16cid:durableId="1363285006">
    <w:abstractNumId w:val="4"/>
  </w:num>
  <w:num w:numId="5" w16cid:durableId="1276986891">
    <w:abstractNumId w:val="7"/>
  </w:num>
  <w:num w:numId="6" w16cid:durableId="735781705">
    <w:abstractNumId w:val="3"/>
  </w:num>
  <w:num w:numId="7" w16cid:durableId="1257254025">
    <w:abstractNumId w:val="2"/>
  </w:num>
  <w:num w:numId="8" w16cid:durableId="290093506">
    <w:abstractNumId w:val="1"/>
  </w:num>
  <w:num w:numId="9" w16cid:durableId="1312948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7"/>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16339"/>
    <w:rsid w:val="0029639D"/>
    <w:rsid w:val="00326F90"/>
    <w:rsid w:val="00AA1D8D"/>
    <w:rsid w:val="00B47730"/>
    <w:rsid w:val="00C23BB2"/>
    <w:rsid w:val="00CB0664"/>
    <w:rsid w:val="00DE5FB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3DB53E5"/>
  <w14:defaultImageDpi w14:val="300"/>
  <w15:docId w15:val="{1DBAD9DD-6F85-0747-8646-C92D1DF2DE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pPr>
    <w:rPr>
      <w:rFonts w:ascii="Arial" w:hAnsi="Arial"/>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494</Words>
  <Characters>2816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3304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Glyn Fox</cp:lastModifiedBy>
  <cp:revision>2</cp:revision>
  <dcterms:created xsi:type="dcterms:W3CDTF">2026-09-21T11:17:00Z</dcterms:created>
  <dcterms:modified xsi:type="dcterms:W3CDTF">2026-09-21T11:17:00Z</dcterms:modified>
  <cp:category/>
</cp:coreProperties>
</file>